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0B7A45"/>
          <w:sz w:val="28"/>
        </w:rPr>
        <w:t>DRSCOUT · Informe de scouting</w:t>
      </w:r>
    </w:p>
    <w:p>
      <w:pPr>
        <w:spacing w:before="120" w:after="40"/>
      </w:pPr>
      <w:r>
        <w:rPr>
          <w:b/>
          <w:color w:val="0B7A45"/>
          <w:sz w:val="20"/>
        </w:rPr>
        <w:t>1. Datos del informe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046"/>
        <w:gridCol w:w="5046"/>
      </w:tblGrid>
      <w:tr>
        <w:tc>
          <w:tcPr>
            <w:tcW w:type="dxa" w:w="3402"/>
          </w:tcPr>
          <w:p>
            <w:r>
              <w:rPr>
                <w:b/>
              </w:rPr>
              <w:t>Ojeador</w:t>
            </w:r>
          </w:p>
        </w:tc>
        <w:tc>
          <w:tcPr>
            <w:tcW w:type="dxa" w:w="6690"/>
          </w:tcPr>
          <w:p/>
        </w:tc>
      </w:tr>
      <w:tr>
        <w:tc>
          <w:tcPr>
            <w:tcW w:type="dxa" w:w="3402"/>
          </w:tcPr>
          <w:p>
            <w:r>
              <w:rPr>
                <w:b/>
              </w:rPr>
              <w:t>Fecha del informe</w:t>
            </w:r>
          </w:p>
        </w:tc>
        <w:tc>
          <w:tcPr>
            <w:tcW w:type="dxa" w:w="6690"/>
          </w:tcPr>
          <w:p>
            <w:r>
              <w:t xml:space="preserve">   /   /     </w:t>
            </w:r>
          </w:p>
        </w:tc>
      </w:tr>
      <w:tr>
        <w:tc>
          <w:tcPr>
            <w:tcW w:type="dxa" w:w="3402"/>
          </w:tcPr>
          <w:p>
            <w:r>
              <w:rPr>
                <w:b/>
              </w:rPr>
              <w:t>Fecha del partido</w:t>
            </w:r>
          </w:p>
        </w:tc>
        <w:tc>
          <w:tcPr>
            <w:tcW w:type="dxa" w:w="6690"/>
          </w:tcPr>
          <w:p>
            <w:r>
              <w:t xml:space="preserve">   /   /     </w:t>
            </w:r>
          </w:p>
        </w:tc>
      </w:tr>
      <w:tr>
        <w:tc>
          <w:tcPr>
            <w:tcW w:type="dxa" w:w="3402"/>
          </w:tcPr>
          <w:p>
            <w:r>
              <w:rPr>
                <w:b/>
              </w:rPr>
              <w:t>Tipo de observación</w:t>
            </w:r>
          </w:p>
        </w:tc>
        <w:tc>
          <w:tcPr>
            <w:tcW w:type="dxa" w:w="6690"/>
          </w:tcPr>
          <w:p>
            <w:r>
              <w:t>☐ En directo   ☐ Vídeo completo   ☐ Clips</w:t>
            </w:r>
          </w:p>
        </w:tc>
      </w:tr>
      <w:tr>
        <w:tc>
          <w:tcPr>
            <w:tcW w:type="dxa" w:w="3402"/>
          </w:tcPr>
          <w:p>
            <w:r>
              <w:rPr>
                <w:b/>
              </w:rPr>
              <w:t>Nº de informe sobre este jugador</w:t>
            </w:r>
          </w:p>
        </w:tc>
        <w:tc>
          <w:tcPr>
            <w:tcW w:type="dxa" w:w="6690"/>
          </w:tcPr>
          <w:p/>
        </w:tc>
      </w:tr>
    </w:tbl>
    <w:p>
      <w:pPr>
        <w:spacing w:before="120" w:after="40"/>
      </w:pPr>
      <w:r>
        <w:rPr>
          <w:b/>
          <w:color w:val="0B7A45"/>
          <w:sz w:val="20"/>
        </w:rPr>
        <w:t>2. Datos del jugador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046"/>
        <w:gridCol w:w="5046"/>
      </w:tblGrid>
      <w:tr>
        <w:tc>
          <w:tcPr>
            <w:tcW w:type="dxa" w:w="3402"/>
          </w:tcPr>
          <w:p>
            <w:r>
              <w:rPr>
                <w:b/>
              </w:rPr>
              <w:t>Nombre y apellidos</w:t>
            </w:r>
          </w:p>
        </w:tc>
        <w:tc>
          <w:tcPr>
            <w:tcW w:type="dxa" w:w="6690"/>
          </w:tcPr>
          <w:p/>
        </w:tc>
      </w:tr>
      <w:tr>
        <w:tc>
          <w:tcPr>
            <w:tcW w:type="dxa" w:w="3402"/>
          </w:tcPr>
          <w:p>
            <w:r>
              <w:rPr>
                <w:b/>
              </w:rPr>
              <w:t>Fecha de nacimiento</w:t>
            </w:r>
          </w:p>
        </w:tc>
        <w:tc>
          <w:tcPr>
            <w:tcW w:type="dxa" w:w="6690"/>
          </w:tcPr>
          <w:p>
            <w:r>
              <w:t xml:space="preserve">   /   /     </w:t>
            </w:r>
          </w:p>
        </w:tc>
      </w:tr>
      <w:tr>
        <w:tc>
          <w:tcPr>
            <w:tcW w:type="dxa" w:w="3402"/>
          </w:tcPr>
          <w:p>
            <w:r>
              <w:rPr>
                <w:b/>
              </w:rPr>
              <w:t>Nacionalidad</w:t>
            </w:r>
          </w:p>
        </w:tc>
        <w:tc>
          <w:tcPr>
            <w:tcW w:type="dxa" w:w="6690"/>
          </w:tcPr>
          <w:p/>
        </w:tc>
      </w:tr>
      <w:tr>
        <w:tc>
          <w:tcPr>
            <w:tcW w:type="dxa" w:w="3402"/>
          </w:tcPr>
          <w:p>
            <w:r>
              <w:rPr>
                <w:b/>
              </w:rPr>
              <w:t>Club actual</w:t>
            </w:r>
          </w:p>
        </w:tc>
        <w:tc>
          <w:tcPr>
            <w:tcW w:type="dxa" w:w="6690"/>
          </w:tcPr>
          <w:p/>
        </w:tc>
      </w:tr>
      <w:tr>
        <w:tc>
          <w:tcPr>
            <w:tcW w:type="dxa" w:w="3402"/>
          </w:tcPr>
          <w:p>
            <w:r>
              <w:rPr>
                <w:b/>
              </w:rPr>
              <w:t>Categoría / competición</w:t>
            </w:r>
          </w:p>
        </w:tc>
        <w:tc>
          <w:tcPr>
            <w:tcW w:type="dxa" w:w="6690"/>
          </w:tcPr>
          <w:p/>
        </w:tc>
      </w:tr>
      <w:tr>
        <w:tc>
          <w:tcPr>
            <w:tcW w:type="dxa" w:w="3402"/>
          </w:tcPr>
          <w:p>
            <w:r>
              <w:rPr>
                <w:b/>
              </w:rPr>
              <w:t>Dorsal</w:t>
            </w:r>
          </w:p>
        </w:tc>
        <w:tc>
          <w:tcPr>
            <w:tcW w:type="dxa" w:w="6690"/>
          </w:tcPr>
          <w:p/>
        </w:tc>
      </w:tr>
      <w:tr>
        <w:tc>
          <w:tcPr>
            <w:tcW w:type="dxa" w:w="3402"/>
          </w:tcPr>
          <w:p>
            <w:r>
              <w:rPr>
                <w:b/>
              </w:rPr>
              <w:t>Posición principal</w:t>
            </w:r>
          </w:p>
        </w:tc>
        <w:tc>
          <w:tcPr>
            <w:tcW w:type="dxa" w:w="6690"/>
          </w:tcPr>
          <w:p/>
        </w:tc>
      </w:tr>
      <w:tr>
        <w:tc>
          <w:tcPr>
            <w:tcW w:type="dxa" w:w="3402"/>
          </w:tcPr>
          <w:p>
            <w:r>
              <w:rPr>
                <w:b/>
              </w:rPr>
              <w:t>Posiciones secundarias</w:t>
            </w:r>
          </w:p>
        </w:tc>
        <w:tc>
          <w:tcPr>
            <w:tcW w:type="dxa" w:w="6690"/>
          </w:tcPr>
          <w:p/>
        </w:tc>
      </w:tr>
      <w:tr>
        <w:tc>
          <w:tcPr>
            <w:tcW w:type="dxa" w:w="3402"/>
          </w:tcPr>
          <w:p>
            <w:r>
              <w:rPr>
                <w:b/>
              </w:rPr>
              <w:t>Pierna dominante</w:t>
            </w:r>
          </w:p>
        </w:tc>
        <w:tc>
          <w:tcPr>
            <w:tcW w:type="dxa" w:w="6690"/>
          </w:tcPr>
          <w:p>
            <w:r>
              <w:t>☐ Derecha   ☐ Izquierda   ☐ Ambas</w:t>
            </w:r>
          </w:p>
        </w:tc>
      </w:tr>
      <w:tr>
        <w:tc>
          <w:tcPr>
            <w:tcW w:type="dxa" w:w="3402"/>
          </w:tcPr>
          <w:p>
            <w:r>
              <w:rPr>
                <w:b/>
              </w:rPr>
              <w:t>Altura aproximada</w:t>
            </w:r>
          </w:p>
        </w:tc>
        <w:tc>
          <w:tcPr>
            <w:tcW w:type="dxa" w:w="6690"/>
          </w:tcPr>
          <w:p/>
        </w:tc>
      </w:tr>
      <w:tr>
        <w:tc>
          <w:tcPr>
            <w:tcW w:type="dxa" w:w="3402"/>
          </w:tcPr>
          <w:p>
            <w:r>
              <w:rPr>
                <w:b/>
              </w:rPr>
              <w:t>Complexión</w:t>
            </w:r>
          </w:p>
        </w:tc>
        <w:tc>
          <w:tcPr>
            <w:tcW w:type="dxa" w:w="6690"/>
          </w:tcPr>
          <w:p>
            <w:r>
              <w:t>☐ Ligera   ☐ Media   ☐ Fuerte</w:t>
            </w:r>
          </w:p>
        </w:tc>
      </w:tr>
      <w:tr>
        <w:tc>
          <w:tcPr>
            <w:tcW w:type="dxa" w:w="3402"/>
          </w:tcPr>
          <w:p>
            <w:r>
              <w:rPr>
                <w:b/>
              </w:rPr>
              <w:t>Desarrollo físico aparente (fútbol base)</w:t>
            </w:r>
          </w:p>
        </w:tc>
        <w:tc>
          <w:tcPr>
            <w:tcW w:type="dxa" w:w="6690"/>
          </w:tcPr>
          <w:p>
            <w:r>
              <w:t>☐ Adelantado   ☐ Normal   ☐ Tardío</w:t>
            </w:r>
          </w:p>
        </w:tc>
      </w:tr>
      <w:tr>
        <w:tc>
          <w:tcPr>
            <w:tcW w:type="dxa" w:w="3402"/>
          </w:tcPr>
          <w:p>
            <w:r>
              <w:rPr>
                <w:b/>
              </w:rPr>
              <w:t>Situación contractual (si se conoce)</w:t>
            </w:r>
          </w:p>
        </w:tc>
        <w:tc>
          <w:tcPr>
            <w:tcW w:type="dxa" w:w="6690"/>
          </w:tcPr>
          <w:p/>
        </w:tc>
      </w:tr>
      <w:tr>
        <w:tc>
          <w:tcPr>
            <w:tcW w:type="dxa" w:w="3402"/>
          </w:tcPr>
          <w:p>
            <w:r>
              <w:rPr>
                <w:b/>
              </w:rPr>
              <w:t>Agente / representante (si se conoce)</w:t>
            </w:r>
          </w:p>
        </w:tc>
        <w:tc>
          <w:tcPr>
            <w:tcW w:type="dxa" w:w="6690"/>
          </w:tcPr>
          <w:p/>
        </w:tc>
      </w:tr>
    </w:tbl>
    <w:p>
      <w:pPr>
        <w:spacing w:before="120" w:after="40"/>
      </w:pPr>
      <w:r>
        <w:rPr>
          <w:b/>
          <w:color w:val="0B7A45"/>
          <w:sz w:val="20"/>
        </w:rPr>
        <w:t>3. Contexto del partido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046"/>
        <w:gridCol w:w="5046"/>
      </w:tblGrid>
      <w:tr>
        <w:tc>
          <w:tcPr>
            <w:tcW w:type="dxa" w:w="3402"/>
          </w:tcPr>
          <w:p>
            <w:r>
              <w:rPr>
                <w:b/>
              </w:rPr>
              <w:t>Partido (local – visitante)</w:t>
            </w:r>
          </w:p>
        </w:tc>
        <w:tc>
          <w:tcPr>
            <w:tcW w:type="dxa" w:w="6690"/>
          </w:tcPr>
          <w:p/>
        </w:tc>
      </w:tr>
      <w:tr>
        <w:tc>
          <w:tcPr>
            <w:tcW w:type="dxa" w:w="3402"/>
          </w:tcPr>
          <w:p>
            <w:r>
              <w:rPr>
                <w:b/>
              </w:rPr>
              <w:t>Competición</w:t>
            </w:r>
          </w:p>
        </w:tc>
        <w:tc>
          <w:tcPr>
            <w:tcW w:type="dxa" w:w="6690"/>
          </w:tcPr>
          <w:p/>
        </w:tc>
      </w:tr>
      <w:tr>
        <w:tc>
          <w:tcPr>
            <w:tcW w:type="dxa" w:w="3402"/>
          </w:tcPr>
          <w:p>
            <w:r>
              <w:rPr>
                <w:b/>
              </w:rPr>
              <w:t>Resultado final</w:t>
            </w:r>
          </w:p>
        </w:tc>
        <w:tc>
          <w:tcPr>
            <w:tcW w:type="dxa" w:w="6690"/>
          </w:tcPr>
          <w:p/>
        </w:tc>
      </w:tr>
      <w:tr>
        <w:tc>
          <w:tcPr>
            <w:tcW w:type="dxa" w:w="3402"/>
          </w:tcPr>
          <w:p>
            <w:r>
              <w:rPr>
                <w:b/>
              </w:rPr>
              <w:t>Minutos jugados</w:t>
            </w:r>
          </w:p>
        </w:tc>
        <w:tc>
          <w:tcPr>
            <w:tcW w:type="dxa" w:w="6690"/>
          </w:tcPr>
          <w:p/>
        </w:tc>
      </w:tr>
      <w:tr>
        <w:tc>
          <w:tcPr>
            <w:tcW w:type="dxa" w:w="3402"/>
          </w:tcPr>
          <w:p>
            <w:r>
              <w:rPr>
                <w:b/>
              </w:rPr>
              <w:t>Minutos observados</w:t>
            </w:r>
          </w:p>
        </w:tc>
        <w:tc>
          <w:tcPr>
            <w:tcW w:type="dxa" w:w="6690"/>
          </w:tcPr>
          <w:p/>
        </w:tc>
      </w:tr>
      <w:tr>
        <w:tc>
          <w:tcPr>
            <w:tcW w:type="dxa" w:w="3402"/>
          </w:tcPr>
          <w:p>
            <w:r>
              <w:rPr>
                <w:b/>
              </w:rPr>
              <w:t>Titular</w:t>
            </w:r>
          </w:p>
        </w:tc>
        <w:tc>
          <w:tcPr>
            <w:tcW w:type="dxa" w:w="6690"/>
          </w:tcPr>
          <w:p>
            <w:r>
              <w:t>☐ Sí   ☐ No</w:t>
            </w:r>
          </w:p>
        </w:tc>
      </w:tr>
      <w:tr>
        <w:tc>
          <w:tcPr>
            <w:tcW w:type="dxa" w:w="3402"/>
          </w:tcPr>
          <w:p>
            <w:r>
              <w:rPr>
                <w:b/>
              </w:rPr>
              <w:t>Sistema del equipo con balón</w:t>
            </w:r>
          </w:p>
        </w:tc>
        <w:tc>
          <w:tcPr>
            <w:tcW w:type="dxa" w:w="6690"/>
          </w:tcPr>
          <w:p/>
        </w:tc>
      </w:tr>
      <w:tr>
        <w:tc>
          <w:tcPr>
            <w:tcW w:type="dxa" w:w="3402"/>
          </w:tcPr>
          <w:p>
            <w:r>
              <w:rPr>
                <w:b/>
              </w:rPr>
              <w:t>Sistema del equipo sin balón</w:t>
            </w:r>
          </w:p>
        </w:tc>
        <w:tc>
          <w:tcPr>
            <w:tcW w:type="dxa" w:w="6690"/>
          </w:tcPr>
          <w:p/>
        </w:tc>
      </w:tr>
      <w:tr>
        <w:tc>
          <w:tcPr>
            <w:tcW w:type="dxa" w:w="3402"/>
          </w:tcPr>
          <w:p>
            <w:r>
              <w:rPr>
                <w:b/>
              </w:rPr>
              <w:t>Rol concreto del jugador</w:t>
            </w:r>
          </w:p>
        </w:tc>
        <w:tc>
          <w:tcPr>
            <w:tcW w:type="dxa" w:w="6690"/>
          </w:tcPr>
          <w:p/>
        </w:tc>
      </w:tr>
      <w:tr>
        <w:tc>
          <w:tcPr>
            <w:tcW w:type="dxa" w:w="3402"/>
          </w:tcPr>
          <w:p>
            <w:r>
              <w:rPr>
                <w:b/>
              </w:rPr>
              <w:t>Nivel del rival</w:t>
            </w:r>
          </w:p>
        </w:tc>
        <w:tc>
          <w:tcPr>
            <w:tcW w:type="dxa" w:w="6690"/>
          </w:tcPr>
          <w:p>
            <w:r>
              <w:t>☐ Superior   ☐ Igualado   ☐ Inferior</w:t>
            </w:r>
          </w:p>
        </w:tc>
      </w:tr>
      <w:tr>
        <w:tc>
          <w:tcPr>
            <w:tcW w:type="dxa" w:w="3402"/>
          </w:tcPr>
          <w:p>
            <w:r>
              <w:rPr>
                <w:b/>
              </w:rPr>
              <w:t>Condiciones (campo, clima, otras)</w:t>
            </w:r>
          </w:p>
        </w:tc>
        <w:tc>
          <w:tcPr>
            <w:tcW w:type="dxa" w:w="6690"/>
          </w:tcPr>
          <w:p/>
        </w:tc>
      </w:tr>
    </w:tbl>
    <w:p>
      <w:pPr>
        <w:spacing w:before="120" w:after="40"/>
      </w:pPr>
      <w:r>
        <w:rPr>
          <w:b/>
          <w:color w:val="0B7A45"/>
          <w:sz w:val="20"/>
        </w:rPr>
        <w:t>4. Técnica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046"/>
        <w:gridCol w:w="5046"/>
      </w:tblGrid>
      <w:tr>
        <w:tc>
          <w:tcPr>
            <w:tcW w:type="dxa" w:w="3402"/>
          </w:tcPr>
          <w:p>
            <w:r>
              <w:rPr>
                <w:b/>
              </w:rPr>
              <w:t>Control orientado</w:t>
            </w:r>
          </w:p>
        </w:tc>
        <w:tc>
          <w:tcPr>
            <w:tcW w:type="dxa" w:w="6690"/>
          </w:tcPr>
          <w:p>
            <w:r>
              <w:t xml:space="preserve">☐1  ☐2  ☐3  ☐4  ☐5  ☐N/O   Comentario: </w:t>
            </w:r>
          </w:p>
        </w:tc>
      </w:tr>
      <w:tr>
        <w:tc>
          <w:tcPr>
            <w:tcW w:type="dxa" w:w="3402"/>
          </w:tcPr>
          <w:p>
            <w:r>
              <w:rPr>
                <w:b/>
              </w:rPr>
              <w:t>Pase corto</w:t>
            </w:r>
          </w:p>
        </w:tc>
        <w:tc>
          <w:tcPr>
            <w:tcW w:type="dxa" w:w="6690"/>
          </w:tcPr>
          <w:p>
            <w:r>
              <w:t xml:space="preserve">☐1  ☐2  ☐3  ☐4  ☐5  ☐N/O   Comentario: </w:t>
            </w:r>
          </w:p>
        </w:tc>
      </w:tr>
      <w:tr>
        <w:tc>
          <w:tcPr>
            <w:tcW w:type="dxa" w:w="3402"/>
          </w:tcPr>
          <w:p>
            <w:r>
              <w:rPr>
                <w:b/>
              </w:rPr>
              <w:t>Pase largo</w:t>
            </w:r>
          </w:p>
        </w:tc>
        <w:tc>
          <w:tcPr>
            <w:tcW w:type="dxa" w:w="6690"/>
          </w:tcPr>
          <w:p>
            <w:r>
              <w:t xml:space="preserve">☐1  ☐2  ☐3  ☐4  ☐5  ☐N/O   Comentario: </w:t>
            </w:r>
          </w:p>
        </w:tc>
      </w:tr>
      <w:tr>
        <w:tc>
          <w:tcPr>
            <w:tcW w:type="dxa" w:w="3402"/>
          </w:tcPr>
          <w:p>
            <w:r>
              <w:rPr>
                <w:b/>
              </w:rPr>
              <w:t>Conducción</w:t>
            </w:r>
          </w:p>
        </w:tc>
        <w:tc>
          <w:tcPr>
            <w:tcW w:type="dxa" w:w="6690"/>
          </w:tcPr>
          <w:p>
            <w:r>
              <w:t xml:space="preserve">☐1  ☐2  ☐3  ☐4  ☐5  ☐N/O   Comentario: </w:t>
            </w:r>
          </w:p>
        </w:tc>
      </w:tr>
      <w:tr>
        <w:tc>
          <w:tcPr>
            <w:tcW w:type="dxa" w:w="3402"/>
          </w:tcPr>
          <w:p>
            <w:r>
              <w:rPr>
                <w:b/>
              </w:rPr>
              <w:t>Regate</w:t>
            </w:r>
          </w:p>
        </w:tc>
        <w:tc>
          <w:tcPr>
            <w:tcW w:type="dxa" w:w="6690"/>
          </w:tcPr>
          <w:p>
            <w:r>
              <w:t xml:space="preserve">☐1  ☐2  ☐3  ☐4  ☐5  ☐N/O   Comentario: </w:t>
            </w:r>
          </w:p>
        </w:tc>
      </w:tr>
      <w:tr>
        <w:tc>
          <w:tcPr>
            <w:tcW w:type="dxa" w:w="3402"/>
          </w:tcPr>
          <w:p>
            <w:r>
              <w:rPr>
                <w:b/>
              </w:rPr>
              <w:t>Golpeo / finalización</w:t>
            </w:r>
          </w:p>
        </w:tc>
        <w:tc>
          <w:tcPr>
            <w:tcW w:type="dxa" w:w="6690"/>
          </w:tcPr>
          <w:p>
            <w:r>
              <w:t xml:space="preserve">☐1  ☐2  ☐3  ☐4  ☐5  ☐N/O   Comentario: </w:t>
            </w:r>
          </w:p>
        </w:tc>
      </w:tr>
      <w:tr>
        <w:tc>
          <w:tcPr>
            <w:tcW w:type="dxa" w:w="3402"/>
          </w:tcPr>
          <w:p>
            <w:r>
              <w:rPr>
                <w:b/>
              </w:rPr>
              <w:t>Juego aéreo</w:t>
            </w:r>
          </w:p>
        </w:tc>
        <w:tc>
          <w:tcPr>
            <w:tcW w:type="dxa" w:w="6690"/>
          </w:tcPr>
          <w:p>
            <w:r>
              <w:t xml:space="preserve">☐1  ☐2  ☐3  ☐4  ☐5  ☐N/O   Comentario: </w:t>
            </w:r>
          </w:p>
        </w:tc>
      </w:tr>
      <w:tr>
        <w:tc>
          <w:tcPr>
            <w:tcW w:type="dxa" w:w="3402"/>
          </w:tcPr>
          <w:p>
            <w:r>
              <w:rPr>
                <w:b/>
              </w:rPr>
              <w:t>Pierna no dominante</w:t>
            </w:r>
          </w:p>
        </w:tc>
        <w:tc>
          <w:tcPr>
            <w:tcW w:type="dxa" w:w="6690"/>
          </w:tcPr>
          <w:p>
            <w:r>
              <w:t xml:space="preserve">☐1  ☐2  ☐3  ☐4  ☐5  ☐N/O   Comentario: </w:t>
            </w:r>
          </w:p>
        </w:tc>
      </w:tr>
    </w:tbl>
    <w:p>
      <w:pPr>
        <w:spacing w:before="120" w:after="40"/>
      </w:pPr>
      <w:r>
        <w:rPr>
          <w:b/>
          <w:color w:val="0B7A45"/>
          <w:sz w:val="20"/>
        </w:rPr>
        <w:t>5. Táctica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046"/>
        <w:gridCol w:w="5046"/>
      </w:tblGrid>
      <w:tr>
        <w:tc>
          <w:tcPr>
            <w:tcW w:type="dxa" w:w="3402"/>
          </w:tcPr>
          <w:p>
            <w:r>
              <w:rPr>
                <w:b/>
              </w:rPr>
              <w:t>Posicionamiento</w:t>
            </w:r>
          </w:p>
        </w:tc>
        <w:tc>
          <w:tcPr>
            <w:tcW w:type="dxa" w:w="6690"/>
          </w:tcPr>
          <w:p>
            <w:r>
              <w:t xml:space="preserve">☐1  ☐2  ☐3  ☐4  ☐5  ☐N/O   Comentario: </w:t>
            </w:r>
          </w:p>
        </w:tc>
      </w:tr>
      <w:tr>
        <w:tc>
          <w:tcPr>
            <w:tcW w:type="dxa" w:w="3402"/>
          </w:tcPr>
          <w:p>
            <w:r>
              <w:rPr>
                <w:b/>
              </w:rPr>
              <w:t>Lectura del juego</w:t>
            </w:r>
          </w:p>
        </w:tc>
        <w:tc>
          <w:tcPr>
            <w:tcW w:type="dxa" w:w="6690"/>
          </w:tcPr>
          <w:p>
            <w:r>
              <w:t xml:space="preserve">☐1  ☐2  ☐3  ☐4  ☐5  ☐N/O   Comentario: </w:t>
            </w:r>
          </w:p>
        </w:tc>
      </w:tr>
      <w:tr>
        <w:tc>
          <w:tcPr>
            <w:tcW w:type="dxa" w:w="3402"/>
          </w:tcPr>
          <w:p>
            <w:r>
              <w:rPr>
                <w:b/>
              </w:rPr>
              <w:t>Toma de decisiones</w:t>
            </w:r>
          </w:p>
        </w:tc>
        <w:tc>
          <w:tcPr>
            <w:tcW w:type="dxa" w:w="6690"/>
          </w:tcPr>
          <w:p>
            <w:r>
              <w:t xml:space="preserve">☐1  ☐2  ☐3  ☐4  ☐5  ☐N/O   Comentario: </w:t>
            </w:r>
          </w:p>
        </w:tc>
      </w:tr>
      <w:tr>
        <w:tc>
          <w:tcPr>
            <w:tcW w:type="dxa" w:w="3402"/>
          </w:tcPr>
          <w:p>
            <w:r>
              <w:rPr>
                <w:b/>
              </w:rPr>
              <w:t>Perfil corporal al recibir</w:t>
            </w:r>
          </w:p>
        </w:tc>
        <w:tc>
          <w:tcPr>
            <w:tcW w:type="dxa" w:w="6690"/>
          </w:tcPr>
          <w:p>
            <w:r>
              <w:t xml:space="preserve">☐1  ☐2  ☐3  ☐4  ☐5  ☐N/O   Comentario: </w:t>
            </w:r>
          </w:p>
        </w:tc>
      </w:tr>
      <w:tr>
        <w:tc>
          <w:tcPr>
            <w:tcW w:type="dxa" w:w="3402"/>
          </w:tcPr>
          <w:p>
            <w:r>
              <w:rPr>
                <w:b/>
              </w:rPr>
              <w:t>Juego sin balón</w:t>
            </w:r>
          </w:p>
        </w:tc>
        <w:tc>
          <w:tcPr>
            <w:tcW w:type="dxa" w:w="6690"/>
          </w:tcPr>
          <w:p>
            <w:r>
              <w:t xml:space="preserve">☐1  ☐2  ☐3  ☐4  ☐5  ☐N/O   Comentario: </w:t>
            </w:r>
          </w:p>
        </w:tc>
      </w:tr>
      <w:tr>
        <w:tc>
          <w:tcPr>
            <w:tcW w:type="dxa" w:w="3402"/>
          </w:tcPr>
          <w:p>
            <w:r>
              <w:rPr>
                <w:b/>
              </w:rPr>
              <w:t>Transición ataque-defensa</w:t>
            </w:r>
          </w:p>
        </w:tc>
        <w:tc>
          <w:tcPr>
            <w:tcW w:type="dxa" w:w="6690"/>
          </w:tcPr>
          <w:p>
            <w:r>
              <w:t xml:space="preserve">☐1  ☐2  ☐3  ☐4  ☐5  ☐N/O   Comentario: </w:t>
            </w:r>
          </w:p>
        </w:tc>
      </w:tr>
      <w:tr>
        <w:tc>
          <w:tcPr>
            <w:tcW w:type="dxa" w:w="3402"/>
          </w:tcPr>
          <w:p>
            <w:r>
              <w:rPr>
                <w:b/>
              </w:rPr>
              <w:t>Transición defensa-ataque</w:t>
            </w:r>
          </w:p>
        </w:tc>
        <w:tc>
          <w:tcPr>
            <w:tcW w:type="dxa" w:w="6690"/>
          </w:tcPr>
          <w:p>
            <w:r>
              <w:t xml:space="preserve">☐1  ☐2  ☐3  ☐4  ☐5  ☐N/O   Comentario: </w:t>
            </w:r>
          </w:p>
        </w:tc>
      </w:tr>
    </w:tbl>
    <w:p>
      <w:pPr>
        <w:spacing w:before="120" w:after="40"/>
      </w:pPr>
      <w:r>
        <w:rPr>
          <w:b/>
          <w:color w:val="0B7A45"/>
          <w:sz w:val="20"/>
        </w:rPr>
        <w:t>6. Física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046"/>
        <w:gridCol w:w="5046"/>
      </w:tblGrid>
      <w:tr>
        <w:tc>
          <w:tcPr>
            <w:tcW w:type="dxa" w:w="3402"/>
          </w:tcPr>
          <w:p>
            <w:r>
              <w:rPr>
                <w:b/>
              </w:rPr>
              <w:t>Velocidad</w:t>
            </w:r>
          </w:p>
        </w:tc>
        <w:tc>
          <w:tcPr>
            <w:tcW w:type="dxa" w:w="6690"/>
          </w:tcPr>
          <w:p>
            <w:r>
              <w:t xml:space="preserve">☐1  ☐2  ☐3  ☐4  ☐5  ☐N/O   Comentario: </w:t>
            </w:r>
          </w:p>
        </w:tc>
      </w:tr>
      <w:tr>
        <w:tc>
          <w:tcPr>
            <w:tcW w:type="dxa" w:w="3402"/>
          </w:tcPr>
          <w:p>
            <w:r>
              <w:rPr>
                <w:b/>
              </w:rPr>
              <w:t>Aceleración</w:t>
            </w:r>
          </w:p>
        </w:tc>
        <w:tc>
          <w:tcPr>
            <w:tcW w:type="dxa" w:w="6690"/>
          </w:tcPr>
          <w:p>
            <w:r>
              <w:t xml:space="preserve">☐1  ☐2  ☐3  ☐4  ☐5  ☐N/O   Comentario: </w:t>
            </w:r>
          </w:p>
        </w:tc>
      </w:tr>
      <w:tr>
        <w:tc>
          <w:tcPr>
            <w:tcW w:type="dxa" w:w="3402"/>
          </w:tcPr>
          <w:p>
            <w:r>
              <w:rPr>
                <w:b/>
              </w:rPr>
              <w:t>Resistencia</w:t>
            </w:r>
          </w:p>
        </w:tc>
        <w:tc>
          <w:tcPr>
            <w:tcW w:type="dxa" w:w="6690"/>
          </w:tcPr>
          <w:p>
            <w:r>
              <w:t xml:space="preserve">☐1  ☐2  ☐3  ☐4  ☐5  ☐N/O   Comentario: </w:t>
            </w:r>
          </w:p>
        </w:tc>
      </w:tr>
      <w:tr>
        <w:tc>
          <w:tcPr>
            <w:tcW w:type="dxa" w:w="3402"/>
          </w:tcPr>
          <w:p>
            <w:r>
              <w:rPr>
                <w:b/>
              </w:rPr>
              <w:t>Fuerza en el duelo</w:t>
            </w:r>
          </w:p>
        </w:tc>
        <w:tc>
          <w:tcPr>
            <w:tcW w:type="dxa" w:w="6690"/>
          </w:tcPr>
          <w:p>
            <w:r>
              <w:t xml:space="preserve">☐1  ☐2  ☐3  ☐4  ☐5  ☐N/O   Comentario: </w:t>
            </w:r>
          </w:p>
        </w:tc>
      </w:tr>
      <w:tr>
        <w:tc>
          <w:tcPr>
            <w:tcW w:type="dxa" w:w="3402"/>
          </w:tcPr>
          <w:p>
            <w:r>
              <w:rPr>
                <w:b/>
              </w:rPr>
              <w:t>Agilidad / coordinación</w:t>
            </w:r>
          </w:p>
        </w:tc>
        <w:tc>
          <w:tcPr>
            <w:tcW w:type="dxa" w:w="6690"/>
          </w:tcPr>
          <w:p>
            <w:r>
              <w:t xml:space="preserve">☐1  ☐2  ☐3  ☐4  ☐5  ☐N/O   Comentario: </w:t>
            </w:r>
          </w:p>
        </w:tc>
      </w:tr>
      <w:tr>
        <w:tc>
          <w:tcPr>
            <w:tcW w:type="dxa" w:w="3402"/>
          </w:tcPr>
          <w:p>
            <w:r>
              <w:rPr>
                <w:b/>
              </w:rPr>
              <w:t>Repetición de esfuerzos</w:t>
            </w:r>
          </w:p>
        </w:tc>
        <w:tc>
          <w:tcPr>
            <w:tcW w:type="dxa" w:w="6690"/>
          </w:tcPr>
          <w:p>
            <w:r>
              <w:t xml:space="preserve">☐1  ☐2  ☐3  ☐4  ☐5  ☐N/O   Comentario: </w:t>
            </w:r>
          </w:p>
        </w:tc>
      </w:tr>
      <w:tr>
        <w:tc>
          <w:tcPr>
            <w:tcW w:type="dxa" w:w="3402"/>
          </w:tcPr>
          <w:p>
            <w:r>
              <w:rPr>
                <w:b/>
              </w:rPr>
              <w:t>Baja el rendimiento al final del partido</w:t>
            </w:r>
          </w:p>
        </w:tc>
        <w:tc>
          <w:tcPr>
            <w:tcW w:type="dxa" w:w="6690"/>
          </w:tcPr>
          <w:p>
            <w:r>
              <w:t>☐ Sí   ☐ No   ☐ No observado</w:t>
            </w:r>
          </w:p>
        </w:tc>
      </w:tr>
    </w:tbl>
    <w:p>
      <w:pPr>
        <w:spacing w:before="120" w:after="40"/>
      </w:pPr>
      <w:r>
        <w:rPr>
          <w:b/>
          <w:color w:val="0B7A45"/>
          <w:sz w:val="20"/>
        </w:rPr>
        <w:t>7. Mental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046"/>
        <w:gridCol w:w="5046"/>
      </w:tblGrid>
      <w:tr>
        <w:tc>
          <w:tcPr>
            <w:tcW w:type="dxa" w:w="3402"/>
          </w:tcPr>
          <w:p>
            <w:r>
              <w:rPr>
                <w:b/>
              </w:rPr>
              <w:t>Concentración</w:t>
            </w:r>
          </w:p>
        </w:tc>
        <w:tc>
          <w:tcPr>
            <w:tcW w:type="dxa" w:w="6690"/>
          </w:tcPr>
          <w:p>
            <w:r>
              <w:t xml:space="preserve">☐1  ☐2  ☐3  ☐4  ☐5  ☐N/O   Comentario: </w:t>
            </w:r>
          </w:p>
        </w:tc>
      </w:tr>
      <w:tr>
        <w:tc>
          <w:tcPr>
            <w:tcW w:type="dxa" w:w="3402"/>
          </w:tcPr>
          <w:p>
            <w:r>
              <w:rPr>
                <w:b/>
              </w:rPr>
              <w:t>Reacción al error</w:t>
            </w:r>
          </w:p>
        </w:tc>
        <w:tc>
          <w:tcPr>
            <w:tcW w:type="dxa" w:w="6690"/>
          </w:tcPr>
          <w:p>
            <w:r>
              <w:t xml:space="preserve">☐1  ☐2  ☐3  ☐4  ☐5  ☐N/O   Comentario: </w:t>
            </w:r>
          </w:p>
        </w:tc>
      </w:tr>
      <w:tr>
        <w:tc>
          <w:tcPr>
            <w:tcW w:type="dxa" w:w="3402"/>
          </w:tcPr>
          <w:p>
            <w:r>
              <w:rPr>
                <w:b/>
              </w:rPr>
              <w:t>Competitividad</w:t>
            </w:r>
          </w:p>
        </w:tc>
        <w:tc>
          <w:tcPr>
            <w:tcW w:type="dxa" w:w="6690"/>
          </w:tcPr>
          <w:p>
            <w:r>
              <w:t xml:space="preserve">☐1  ☐2  ☐3  ☐4  ☐5  ☐N/O   Comentario: </w:t>
            </w:r>
          </w:p>
        </w:tc>
      </w:tr>
      <w:tr>
        <w:tc>
          <w:tcPr>
            <w:tcW w:type="dxa" w:w="3402"/>
          </w:tcPr>
          <w:p>
            <w:r>
              <w:rPr>
                <w:b/>
              </w:rPr>
              <w:t>Liderazgo / comunicación</w:t>
            </w:r>
          </w:p>
        </w:tc>
        <w:tc>
          <w:tcPr>
            <w:tcW w:type="dxa" w:w="6690"/>
          </w:tcPr>
          <w:p>
            <w:r>
              <w:t xml:space="preserve">☐1  ☐2  ☐3  ☐4  ☐5  ☐N/O   Comentario: </w:t>
            </w:r>
          </w:p>
        </w:tc>
      </w:tr>
      <w:tr>
        <w:tc>
          <w:tcPr>
            <w:tcW w:type="dxa" w:w="3402"/>
          </w:tcPr>
          <w:p>
            <w:r>
              <w:rPr>
                <w:b/>
              </w:rPr>
              <w:t>Actitud con compañeros y árbitro</w:t>
            </w:r>
          </w:p>
        </w:tc>
        <w:tc>
          <w:tcPr>
            <w:tcW w:type="dxa" w:w="6690"/>
          </w:tcPr>
          <w:p>
            <w:r>
              <w:t xml:space="preserve">☐1  ☐2  ☐3  ☐4  ☐5  ☐N/O   Comentario: </w:t>
            </w:r>
          </w:p>
        </w:tc>
      </w:tr>
    </w:tbl>
    <w:p>
      <w:r>
        <w:rPr>
          <w:sz w:val="14"/>
        </w:rPr>
        <w:t>Escala: 1 = muy por debajo del nivel · 2 = por debajo · 3 = en el nivel · 4 = por encima · 5 = muy por encima · N/O = no observado</w:t>
      </w:r>
    </w:p>
    <w:p>
      <w:r>
        <w:br w:type="page"/>
      </w:r>
    </w:p>
    <w:p>
      <w:pPr>
        <w:spacing w:before="120" w:after="40"/>
      </w:pPr>
      <w:r>
        <w:rPr>
          <w:b/>
          <w:color w:val="0B7A45"/>
          <w:sz w:val="20"/>
        </w:rPr>
        <w:t>8. Específico de la posición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046"/>
        <w:gridCol w:w="5046"/>
      </w:tblGrid>
      <w:tr>
        <w:tc>
          <w:tcPr>
            <w:tcW w:type="dxa" w:w="3402"/>
          </w:tcPr>
          <w:p>
            <w:r>
              <w:rPr>
                <w:b/>
              </w:rPr>
              <w:t>Aspecto 1</w:t>
            </w:r>
          </w:p>
        </w:tc>
        <w:tc>
          <w:tcPr>
            <w:tcW w:type="dxa" w:w="6690"/>
          </w:tcPr>
          <w:p/>
        </w:tc>
      </w:tr>
      <w:tr>
        <w:tc>
          <w:tcPr>
            <w:tcW w:type="dxa" w:w="3402"/>
          </w:tcPr>
          <w:p>
            <w:r>
              <w:rPr>
                <w:b/>
              </w:rPr>
              <w:t>Valoración aspecto 1</w:t>
            </w:r>
          </w:p>
        </w:tc>
        <w:tc>
          <w:tcPr>
            <w:tcW w:type="dxa" w:w="6690"/>
          </w:tcPr>
          <w:p>
            <w:r>
              <w:t xml:space="preserve">☐1  ☐2  ☐3  ☐4  ☐5  ☐N/O   Comentario: </w:t>
            </w:r>
          </w:p>
        </w:tc>
      </w:tr>
      <w:tr>
        <w:tc>
          <w:tcPr>
            <w:tcW w:type="dxa" w:w="3402"/>
          </w:tcPr>
          <w:p>
            <w:r>
              <w:rPr>
                <w:b/>
              </w:rPr>
              <w:t>Aspecto 2</w:t>
            </w:r>
          </w:p>
        </w:tc>
        <w:tc>
          <w:tcPr>
            <w:tcW w:type="dxa" w:w="6690"/>
          </w:tcPr>
          <w:p/>
        </w:tc>
      </w:tr>
      <w:tr>
        <w:tc>
          <w:tcPr>
            <w:tcW w:type="dxa" w:w="3402"/>
          </w:tcPr>
          <w:p>
            <w:r>
              <w:rPr>
                <w:b/>
              </w:rPr>
              <w:t>Valoración aspecto 2</w:t>
            </w:r>
          </w:p>
        </w:tc>
        <w:tc>
          <w:tcPr>
            <w:tcW w:type="dxa" w:w="6690"/>
          </w:tcPr>
          <w:p>
            <w:r>
              <w:t xml:space="preserve">☐1  ☐2  ☐3  ☐4  ☐5  ☐N/O   Comentario: </w:t>
            </w:r>
          </w:p>
        </w:tc>
      </w:tr>
      <w:tr>
        <w:tc>
          <w:tcPr>
            <w:tcW w:type="dxa" w:w="3402"/>
          </w:tcPr>
          <w:p>
            <w:r>
              <w:rPr>
                <w:b/>
              </w:rPr>
              <w:t>Aspecto 3</w:t>
            </w:r>
          </w:p>
        </w:tc>
        <w:tc>
          <w:tcPr>
            <w:tcW w:type="dxa" w:w="6690"/>
          </w:tcPr>
          <w:p/>
        </w:tc>
      </w:tr>
      <w:tr>
        <w:tc>
          <w:tcPr>
            <w:tcW w:type="dxa" w:w="3402"/>
          </w:tcPr>
          <w:p>
            <w:r>
              <w:rPr>
                <w:b/>
              </w:rPr>
              <w:t>Valoración aspecto 3</w:t>
            </w:r>
          </w:p>
        </w:tc>
        <w:tc>
          <w:tcPr>
            <w:tcW w:type="dxa" w:w="6690"/>
          </w:tcPr>
          <w:p>
            <w:r>
              <w:t xml:space="preserve">☐1  ☐2  ☐3  ☐4  ☐5  ☐N/O   Comentario: </w:t>
            </w:r>
          </w:p>
        </w:tc>
      </w:tr>
      <w:tr>
        <w:tc>
          <w:tcPr>
            <w:tcW w:type="dxa" w:w="3402"/>
          </w:tcPr>
          <w:p>
            <w:r>
              <w:rPr>
                <w:b/>
              </w:rPr>
              <w:t>Aspecto 4</w:t>
            </w:r>
          </w:p>
        </w:tc>
        <w:tc>
          <w:tcPr>
            <w:tcW w:type="dxa" w:w="6690"/>
          </w:tcPr>
          <w:p/>
        </w:tc>
      </w:tr>
      <w:tr>
        <w:tc>
          <w:tcPr>
            <w:tcW w:type="dxa" w:w="3402"/>
          </w:tcPr>
          <w:p>
            <w:r>
              <w:rPr>
                <w:b/>
              </w:rPr>
              <w:t>Valoración aspecto 4</w:t>
            </w:r>
          </w:p>
        </w:tc>
        <w:tc>
          <w:tcPr>
            <w:tcW w:type="dxa" w:w="6690"/>
          </w:tcPr>
          <w:p>
            <w:r>
              <w:t xml:space="preserve">☐1  ☐2  ☐3  ☐4  ☐5  ☐N/O   Comentario: </w:t>
            </w:r>
          </w:p>
        </w:tc>
      </w:tr>
      <w:tr>
        <w:tc>
          <w:tcPr>
            <w:tcW w:type="dxa" w:w="3402"/>
          </w:tcPr>
          <w:p>
            <w:r>
              <w:rPr>
                <w:b/>
              </w:rPr>
              <w:t>Aspecto 5</w:t>
            </w:r>
          </w:p>
        </w:tc>
        <w:tc>
          <w:tcPr>
            <w:tcW w:type="dxa" w:w="6690"/>
          </w:tcPr>
          <w:p/>
        </w:tc>
      </w:tr>
      <w:tr>
        <w:tc>
          <w:tcPr>
            <w:tcW w:type="dxa" w:w="3402"/>
          </w:tcPr>
          <w:p>
            <w:r>
              <w:rPr>
                <w:b/>
              </w:rPr>
              <w:t>Valoración aspecto 5</w:t>
            </w:r>
          </w:p>
        </w:tc>
        <w:tc>
          <w:tcPr>
            <w:tcW w:type="dxa" w:w="6690"/>
          </w:tcPr>
          <w:p>
            <w:r>
              <w:t xml:space="preserve">☐1  ☐2  ☐3  ☐4  ☐5  ☐N/O   Comentario: </w:t>
            </w:r>
          </w:p>
        </w:tc>
      </w:tr>
    </w:tbl>
    <w:p>
      <w:pPr>
        <w:spacing w:before="120" w:after="40"/>
      </w:pPr>
      <w:r>
        <w:rPr>
          <w:b/>
          <w:color w:val="0B7A45"/>
          <w:sz w:val="20"/>
        </w:rPr>
        <w:t>9. Fortalezas y aspectos a mejorar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046"/>
        <w:gridCol w:w="5046"/>
      </w:tblGrid>
      <w:tr>
        <w:tc>
          <w:tcPr>
            <w:tcW w:type="dxa" w:w="3402"/>
          </w:tcPr>
          <w:p>
            <w:r>
              <w:rPr>
                <w:b/>
              </w:rPr>
              <w:t>Fortaleza 1 (con jugada y minuto)</w:t>
            </w:r>
          </w:p>
        </w:tc>
        <w:tc>
          <w:tcPr>
            <w:tcW w:type="dxa" w:w="6690"/>
          </w:tcPr>
          <w:p>
            <w:r>
              <w:br/>
            </w:r>
          </w:p>
        </w:tc>
      </w:tr>
      <w:tr>
        <w:tc>
          <w:tcPr>
            <w:tcW w:type="dxa" w:w="3402"/>
          </w:tcPr>
          <w:p>
            <w:r>
              <w:rPr>
                <w:b/>
              </w:rPr>
              <w:t>Fortaleza 2 (con jugada y minuto)</w:t>
            </w:r>
          </w:p>
        </w:tc>
        <w:tc>
          <w:tcPr>
            <w:tcW w:type="dxa" w:w="6690"/>
          </w:tcPr>
          <w:p>
            <w:r>
              <w:br/>
            </w:r>
          </w:p>
        </w:tc>
      </w:tr>
      <w:tr>
        <w:tc>
          <w:tcPr>
            <w:tcW w:type="dxa" w:w="3402"/>
          </w:tcPr>
          <w:p>
            <w:r>
              <w:rPr>
                <w:b/>
              </w:rPr>
              <w:t>Fortaleza 3 (con jugada y minuto)</w:t>
            </w:r>
          </w:p>
        </w:tc>
        <w:tc>
          <w:tcPr>
            <w:tcW w:type="dxa" w:w="6690"/>
          </w:tcPr>
          <w:p>
            <w:r>
              <w:br/>
            </w:r>
          </w:p>
        </w:tc>
      </w:tr>
      <w:tr>
        <w:tc>
          <w:tcPr>
            <w:tcW w:type="dxa" w:w="3402"/>
          </w:tcPr>
          <w:p>
            <w:r>
              <w:rPr>
                <w:b/>
              </w:rPr>
              <w:t>Aspecto a mejorar 1</w:t>
            </w:r>
          </w:p>
        </w:tc>
        <w:tc>
          <w:tcPr>
            <w:tcW w:type="dxa" w:w="6690"/>
          </w:tcPr>
          <w:p>
            <w:r>
              <w:br/>
            </w:r>
          </w:p>
        </w:tc>
      </w:tr>
      <w:tr>
        <w:tc>
          <w:tcPr>
            <w:tcW w:type="dxa" w:w="3402"/>
          </w:tcPr>
          <w:p>
            <w:r>
              <w:rPr>
                <w:b/>
              </w:rPr>
              <w:t>Aspecto a mejorar 2</w:t>
            </w:r>
          </w:p>
        </w:tc>
        <w:tc>
          <w:tcPr>
            <w:tcW w:type="dxa" w:w="6690"/>
          </w:tcPr>
          <w:p>
            <w:r>
              <w:br/>
            </w:r>
          </w:p>
        </w:tc>
      </w:tr>
      <w:tr>
        <w:tc>
          <w:tcPr>
            <w:tcW w:type="dxa" w:w="3402"/>
          </w:tcPr>
          <w:p>
            <w:r>
              <w:rPr>
                <w:b/>
              </w:rPr>
              <w:t>Aspecto a mejorar 3</w:t>
            </w:r>
          </w:p>
        </w:tc>
        <w:tc>
          <w:tcPr>
            <w:tcW w:type="dxa" w:w="6690"/>
          </w:tcPr>
          <w:p>
            <w:r>
              <w:br/>
            </w:r>
          </w:p>
        </w:tc>
      </w:tr>
      <w:tr>
        <w:tc>
          <w:tcPr>
            <w:tcW w:type="dxa" w:w="3402"/>
          </w:tcPr>
          <w:p>
            <w:r>
              <w:rPr>
                <w:b/>
              </w:rPr>
              <w:t>Acciones destacadas del partido</w:t>
            </w:r>
          </w:p>
        </w:tc>
        <w:tc>
          <w:tcPr>
            <w:tcW w:type="dxa" w:w="6690"/>
          </w:tcPr>
          <w:p>
            <w:r>
              <w:br/>
              <w:br/>
              <w:br/>
            </w:r>
          </w:p>
        </w:tc>
      </w:tr>
    </w:tbl>
    <w:p>
      <w:pPr>
        <w:spacing w:before="120" w:after="40"/>
      </w:pPr>
      <w:r>
        <w:rPr>
          <w:b/>
          <w:color w:val="0B7A45"/>
          <w:sz w:val="20"/>
        </w:rPr>
        <w:t>10. Proyección y encaje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046"/>
        <w:gridCol w:w="5046"/>
      </w:tblGrid>
      <w:tr>
        <w:tc>
          <w:tcPr>
            <w:tcW w:type="dxa" w:w="3402"/>
          </w:tcPr>
          <w:p>
            <w:r>
              <w:rPr>
                <w:b/>
              </w:rPr>
              <w:t>Nivel actual</w:t>
            </w:r>
          </w:p>
        </w:tc>
        <w:tc>
          <w:tcPr>
            <w:tcW w:type="dxa" w:w="6690"/>
          </w:tcPr>
          <w:p>
            <w:r>
              <w:t xml:space="preserve">☐1  ☐2  ☐3  ☐4  ☐5  ☐N/O   Comentario: </w:t>
            </w:r>
          </w:p>
        </w:tc>
      </w:tr>
      <w:tr>
        <w:tc>
          <w:tcPr>
            <w:tcW w:type="dxa" w:w="3402"/>
          </w:tcPr>
          <w:p>
            <w:r>
              <w:rPr>
                <w:b/>
              </w:rPr>
              <w:t>Potencial estimado</w:t>
            </w:r>
          </w:p>
        </w:tc>
        <w:tc>
          <w:tcPr>
            <w:tcW w:type="dxa" w:w="6690"/>
          </w:tcPr>
          <w:p>
            <w:r>
              <w:t xml:space="preserve">☐1  ☐2  ☐3  ☐4  ☐5  ☐N/O   Comentario: </w:t>
            </w:r>
          </w:p>
        </w:tc>
      </w:tr>
      <w:tr>
        <w:tc>
          <w:tcPr>
            <w:tcW w:type="dxa" w:w="3402"/>
          </w:tcPr>
          <w:p>
            <w:r>
              <w:rPr>
                <w:b/>
              </w:rPr>
              <w:t>Plazo para alcanzarlo</w:t>
            </w:r>
          </w:p>
        </w:tc>
        <w:tc>
          <w:tcPr>
            <w:tcW w:type="dxa" w:w="6690"/>
          </w:tcPr>
          <w:p>
            <w:r>
              <w:t>☐ Inmediato   ☐ 1–2 temporadas   ☐ Más de 2 temporadas</w:t>
            </w:r>
          </w:p>
        </w:tc>
      </w:tr>
      <w:tr>
        <w:tc>
          <w:tcPr>
            <w:tcW w:type="dxa" w:w="3402"/>
          </w:tcPr>
          <w:p>
            <w:r>
              <w:rPr>
                <w:b/>
              </w:rPr>
              <w:t>Equipo o categoría donde encajaría</w:t>
            </w:r>
          </w:p>
        </w:tc>
        <w:tc>
          <w:tcPr>
            <w:tcW w:type="dxa" w:w="6690"/>
          </w:tcPr>
          <w:p/>
        </w:tc>
      </w:tr>
      <w:tr>
        <w:tc>
          <w:tcPr>
            <w:tcW w:type="dxa" w:w="3402"/>
          </w:tcPr>
          <w:p>
            <w:r>
              <w:rPr>
                <w:b/>
              </w:rPr>
              <w:t>Rol en el que encajaría</w:t>
            </w:r>
          </w:p>
        </w:tc>
        <w:tc>
          <w:tcPr>
            <w:tcW w:type="dxa" w:w="6690"/>
          </w:tcPr>
          <w:p/>
        </w:tc>
      </w:tr>
      <w:tr>
        <w:tc>
          <w:tcPr>
            <w:tcW w:type="dxa" w:w="3402"/>
          </w:tcPr>
          <w:p>
            <w:r>
              <w:rPr>
                <w:b/>
              </w:rPr>
              <w:t>Comparación de perfil (tipo de jugador, no nombres reales)</w:t>
            </w:r>
          </w:p>
        </w:tc>
        <w:tc>
          <w:tcPr>
            <w:tcW w:type="dxa" w:w="6690"/>
          </w:tcPr>
          <w:p/>
        </w:tc>
      </w:tr>
      <w:tr>
        <w:tc>
          <w:tcPr>
            <w:tcW w:type="dxa" w:w="3402"/>
          </w:tcPr>
          <w:p>
            <w:r>
              <w:rPr>
                <w:b/>
              </w:rPr>
              <w:t>Justificación de la proyección</w:t>
            </w:r>
          </w:p>
        </w:tc>
        <w:tc>
          <w:tcPr>
            <w:tcW w:type="dxa" w:w="6690"/>
          </w:tcPr>
          <w:p>
            <w:r>
              <w:br/>
              <w:br/>
              <w:br/>
            </w:r>
          </w:p>
        </w:tc>
      </w:tr>
    </w:tbl>
    <w:p>
      <w:pPr>
        <w:spacing w:before="120" w:after="40"/>
      </w:pPr>
      <w:r>
        <w:rPr>
          <w:b/>
          <w:color w:val="0B7A45"/>
          <w:sz w:val="20"/>
        </w:rPr>
        <w:t>11. Veredicto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046"/>
        <w:gridCol w:w="5046"/>
      </w:tblGrid>
      <w:tr>
        <w:tc>
          <w:tcPr>
            <w:tcW w:type="dxa" w:w="3402"/>
          </w:tcPr>
          <w:p>
            <w:r>
              <w:rPr>
                <w:b/>
              </w:rPr>
              <w:t>Recomendación</w:t>
            </w:r>
          </w:p>
        </w:tc>
        <w:tc>
          <w:tcPr>
            <w:tcW w:type="dxa" w:w="6690"/>
          </w:tcPr>
          <w:p>
            <w:r>
              <w:t>☐ Fichar / invitar a prueba   ☐ Seguir   ☐ Descartar</w:t>
            </w:r>
          </w:p>
        </w:tc>
      </w:tr>
      <w:tr>
        <w:tc>
          <w:tcPr>
            <w:tcW w:type="dxa" w:w="3402"/>
          </w:tcPr>
          <w:p>
            <w:r>
              <w:rPr>
                <w:b/>
              </w:rPr>
              <w:t>Confianza en el veredicto</w:t>
            </w:r>
          </w:p>
        </w:tc>
        <w:tc>
          <w:tcPr>
            <w:tcW w:type="dxa" w:w="6690"/>
          </w:tcPr>
          <w:p>
            <w:r>
              <w:t>☐ Alta   ☐ Media   ☐ Baja</w:t>
            </w:r>
          </w:p>
        </w:tc>
      </w:tr>
      <w:tr>
        <w:tc>
          <w:tcPr>
            <w:tcW w:type="dxa" w:w="3402"/>
          </w:tcPr>
          <w:p>
            <w:r>
              <w:rPr>
                <w:b/>
              </w:rPr>
              <w:t>Resumen en una frase</w:t>
            </w:r>
          </w:p>
        </w:tc>
        <w:tc>
          <w:tcPr>
            <w:tcW w:type="dxa" w:w="6690"/>
          </w:tcPr>
          <w:p>
            <w:r>
              <w:br/>
            </w:r>
          </w:p>
        </w:tc>
      </w:tr>
    </w:tbl>
    <w:p>
      <w:pPr>
        <w:spacing w:before="120" w:after="40"/>
      </w:pPr>
      <w:r>
        <w:rPr>
          <w:b/>
          <w:color w:val="0B7A45"/>
          <w:sz w:val="20"/>
        </w:rPr>
        <w:t>12. Seguimiento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046"/>
        <w:gridCol w:w="5046"/>
      </w:tblGrid>
      <w:tr>
        <w:tc>
          <w:tcPr>
            <w:tcW w:type="dxa" w:w="3402"/>
          </w:tcPr>
          <w:p>
            <w:r>
              <w:rPr>
                <w:b/>
              </w:rPr>
              <w:t>Qué falta por comprobar</w:t>
            </w:r>
          </w:p>
        </w:tc>
        <w:tc>
          <w:tcPr>
            <w:tcW w:type="dxa" w:w="6690"/>
          </w:tcPr>
          <w:p>
            <w:r>
              <w:br/>
              <w:br/>
            </w:r>
          </w:p>
        </w:tc>
      </w:tr>
      <w:tr>
        <w:tc>
          <w:tcPr>
            <w:tcW w:type="dxa" w:w="3402"/>
          </w:tcPr>
          <w:p>
            <w:r>
              <w:rPr>
                <w:b/>
              </w:rPr>
              <w:t>Próximo partido a observar</w:t>
            </w:r>
          </w:p>
        </w:tc>
        <w:tc>
          <w:tcPr>
            <w:tcW w:type="dxa" w:w="6690"/>
          </w:tcPr>
          <w:p/>
        </w:tc>
      </w:tr>
      <w:tr>
        <w:tc>
          <w:tcPr>
            <w:tcW w:type="dxa" w:w="3402"/>
          </w:tcPr>
          <w:p>
            <w:r>
              <w:rPr>
                <w:b/>
              </w:rPr>
              <w:t>Fecha del próximo partido</w:t>
            </w:r>
          </w:p>
        </w:tc>
        <w:tc>
          <w:tcPr>
            <w:tcW w:type="dxa" w:w="6690"/>
          </w:tcPr>
          <w:p>
            <w:r>
              <w:t xml:space="preserve">   /   /     </w:t>
            </w:r>
          </w:p>
        </w:tc>
      </w:tr>
      <w:tr>
        <w:tc>
          <w:tcPr>
            <w:tcW w:type="dxa" w:w="3402"/>
          </w:tcPr>
          <w:p>
            <w:r>
              <w:rPr>
                <w:b/>
              </w:rPr>
              <w:t>Contexto que interesa ver</w:t>
            </w:r>
          </w:p>
        </w:tc>
        <w:tc>
          <w:tcPr>
            <w:tcW w:type="dxa" w:w="6690"/>
          </w:tcPr>
          <w:p>
            <w:r>
              <w:t>☐ Rival superior   ☐ Partido fuera de casa   ☐ Otra posición   ☐ Partido de presión alta</w:t>
            </w:r>
          </w:p>
        </w:tc>
      </w:tr>
      <w:tr>
        <w:tc>
          <w:tcPr>
            <w:tcW w:type="dxa" w:w="3402"/>
          </w:tcPr>
          <w:p>
            <w:r>
              <w:rPr>
                <w:b/>
              </w:rPr>
              <w:t>Informe compartido con</w:t>
            </w:r>
          </w:p>
        </w:tc>
        <w:tc>
          <w:tcPr>
            <w:tcW w:type="dxa" w:w="6690"/>
          </w:tcPr>
          <w:p/>
        </w:tc>
      </w:tr>
      <w:tr>
        <w:tc>
          <w:tcPr>
            <w:tcW w:type="dxa" w:w="3402"/>
          </w:tcPr>
          <w:p>
            <w:r>
              <w:rPr>
                <w:b/>
              </w:rPr>
              <w:t>Firma del ojeador</w:t>
            </w:r>
          </w:p>
        </w:tc>
        <w:tc>
          <w:tcPr>
            <w:tcW w:type="dxa" w:w="6690"/>
          </w:tcPr>
          <w:p/>
        </w:tc>
      </w:tr>
    </w:tbl>
    <w:sectPr w:rsidR="00FC693F" w:rsidRPr="0006063C" w:rsidSect="00034616">
      <w:footerReference w:type="default" r:id="rId9"/>
      <w:pgSz w:w="11906" w:h="16838"/>
      <w:pgMar w:top="794" w:right="907" w:bottom="794" w:left="90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sz w:val="14"/>
      </w:rPr>
      <w:t>Documento confidencial · drscout.es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